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3D44D" w14:textId="77777777" w:rsidR="00F91FB5" w:rsidRDefault="00000000">
      <w:pPr>
        <w:jc w:val="center"/>
      </w:pPr>
      <w:r>
        <w:rPr>
          <w:b/>
        </w:rPr>
        <w:t>ATAMA BEYAN DİLEKÇESİ</w:t>
      </w:r>
      <w:r>
        <w:rPr>
          <w:b/>
        </w:rPr>
        <w:br/>
      </w:r>
      <w:r>
        <w:rPr>
          <w:b/>
        </w:rPr>
        <w:br/>
        <w:t>SARIKAYA BELEDİYE BAŞKANLIĞINA</w:t>
      </w:r>
      <w:r>
        <w:rPr>
          <w:b/>
        </w:rPr>
        <w:br/>
        <w:t>(Yazı İşleri Müdürlüğü)</w:t>
      </w:r>
      <w:r>
        <w:rPr>
          <w:b/>
        </w:rPr>
        <w:br/>
      </w:r>
    </w:p>
    <w:p w14:paraId="20A46C4F" w14:textId="2CE117F7" w:rsidR="00F91FB5" w:rsidRDefault="00000000">
      <w:pPr>
        <w:jc w:val="both"/>
      </w:pPr>
      <w:r>
        <w:br/>
        <w:t xml:space="preserve">Sarıkaya Belediye Başkanlığında 5393 sayılı Belediye Kanununun 49 uncu maddesi gereği istihdam edilmek üzere Mahalli İdarelere İlk Defa Atanacaklara Dair Sınav ve Atama Yönetmeliği hükümleri </w:t>
      </w:r>
      <w:proofErr w:type="spellStart"/>
      <w:r>
        <w:t>uyarınca</w:t>
      </w:r>
      <w:proofErr w:type="spellEnd"/>
      <w:r>
        <w:t xml:space="preserve"> </w:t>
      </w:r>
      <w:proofErr w:type="spellStart"/>
      <w:r>
        <w:t>ilanınız</w:t>
      </w:r>
      <w:proofErr w:type="spellEnd"/>
      <w:r>
        <w:t xml:space="preserve"> </w:t>
      </w:r>
      <w:proofErr w:type="spellStart"/>
      <w:r>
        <w:t>gereği</w:t>
      </w:r>
      <w:proofErr w:type="spellEnd"/>
      <w:r>
        <w:t xml:space="preserve"> </w:t>
      </w:r>
      <w:r w:rsidR="006E4D4F">
        <w:t>25</w:t>
      </w:r>
      <w:r>
        <w:t xml:space="preserve"> </w:t>
      </w:r>
      <w:proofErr w:type="spellStart"/>
      <w:r>
        <w:t>Ağustos</w:t>
      </w:r>
      <w:proofErr w:type="spellEnd"/>
      <w:r>
        <w:t xml:space="preserve"> 2026 </w:t>
      </w:r>
      <w:proofErr w:type="spellStart"/>
      <w:r>
        <w:t>tarihlerinde</w:t>
      </w:r>
      <w:proofErr w:type="spellEnd"/>
      <w:r>
        <w:t xml:space="preserve"> gerçekleştirilen sözlü sınav neticesinde ilan edilen sonuç listesine göre, asıl olarak atanmaya hak kazanmış bulunmaktayım.</w:t>
      </w:r>
      <w:r>
        <w:br/>
        <w:t>Ekteki belgelerimin doğruluğunu, yapılacak inceleme sonucunda aksinin tespit edilmesi halinde sorumluluğu ve mevzuat gereği hakkımda uygulanacak yasal işlemleri kabul ettiğimi beyan ve taahhüt eder, atamaya ilişkin iş ve işlemlerin başlatılması hususunda gereğini arz ederim.</w:t>
      </w:r>
      <w:r>
        <w:br/>
      </w:r>
    </w:p>
    <w:p w14:paraId="5EDBE079" w14:textId="77777777" w:rsidR="00F91FB5" w:rsidRDefault="00000000">
      <w:pPr>
        <w:jc w:val="right"/>
      </w:pPr>
      <w:r>
        <w:t>…/…/2026</w:t>
      </w:r>
      <w:r>
        <w:br/>
        <w:t>Ad-Soyadı/İmza</w:t>
      </w:r>
    </w:p>
    <w:p w14:paraId="343F70A1" w14:textId="77777777" w:rsidR="00F91FB5" w:rsidRDefault="00000000">
      <w:r>
        <w:br/>
        <w:t>T.C Kimlik No:</w:t>
      </w:r>
      <w:r>
        <w:br/>
        <w:t>Adres:</w:t>
      </w:r>
      <w:r>
        <w:br/>
        <w:t>Telefon:</w:t>
      </w:r>
      <w:r>
        <w:br/>
      </w:r>
      <w:r>
        <w:br/>
        <w:t>Ekler:</w:t>
      </w:r>
      <w:r>
        <w:br/>
        <w:t>1. Nüfus cüzdanı veya kimlik kartının fotokopisi (Aslı ibraz edilmek kaydıyla suretleri Belediyemizce tasdik edilebilir),</w:t>
      </w:r>
      <w:r>
        <w:br/>
        <w:t>2. Diplomanın noter onaylı örneği,</w:t>
      </w:r>
      <w:r>
        <w:br/>
        <w:t>3. KPSS Yerleştirme Sonuç belgesinin ÖSYM web sitesinden alınan doğrulama kodlu bilgisayar çıktısı,</w:t>
      </w:r>
      <w:r>
        <w:br/>
        <w:t>4. Son altı ay içerisinde çekilmiş 6 adet biyometrik fotoğraf</w:t>
      </w:r>
      <w:r>
        <w:br/>
        <w:t>5. Adli Sicil Kaydı (Resmi kuruma verilmek üzere),</w:t>
      </w:r>
      <w:r>
        <w:br/>
        <w:t>6. Sağlık Kurulu Raporu (Tam teşekküllü Devlet Hastanelerinden alınmış olması ve sözleşmeli personel olarak çalışmasına engel durumunun olmadığının sağlık kurulu raporunda belirtilmiş olması gerekmektedir),</w:t>
      </w:r>
      <w:r>
        <w:br/>
        <w:t>7. İkametgah Belgesi,</w:t>
      </w:r>
      <w:r>
        <w:br/>
        <w:t>8. SGK Hizmet Dökümü.</w:t>
      </w:r>
      <w:r>
        <w:br/>
      </w:r>
    </w:p>
    <w:sectPr w:rsidR="00F91FB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822380642">
    <w:abstractNumId w:val="8"/>
  </w:num>
  <w:num w:numId="2" w16cid:durableId="1069183171">
    <w:abstractNumId w:val="6"/>
  </w:num>
  <w:num w:numId="3" w16cid:durableId="1077750783">
    <w:abstractNumId w:val="5"/>
  </w:num>
  <w:num w:numId="4" w16cid:durableId="948582239">
    <w:abstractNumId w:val="4"/>
  </w:num>
  <w:num w:numId="5" w16cid:durableId="1108114316">
    <w:abstractNumId w:val="7"/>
  </w:num>
  <w:num w:numId="6" w16cid:durableId="623578054">
    <w:abstractNumId w:val="3"/>
  </w:num>
  <w:num w:numId="7" w16cid:durableId="1266575603">
    <w:abstractNumId w:val="2"/>
  </w:num>
  <w:num w:numId="8" w16cid:durableId="1239098591">
    <w:abstractNumId w:val="1"/>
  </w:num>
  <w:num w:numId="9" w16cid:durableId="139168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07A8"/>
    <w:rsid w:val="006E4D4F"/>
    <w:rsid w:val="00AA1D8D"/>
    <w:rsid w:val="00B47730"/>
    <w:rsid w:val="00CB0664"/>
    <w:rsid w:val="00F91F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2B375"/>
  <w14:defaultImageDpi w14:val="300"/>
  <w15:docId w15:val="{8312E436-E3EC-429D-B930-B47B9258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pc</cp:lastModifiedBy>
  <cp:revision>2</cp:revision>
  <dcterms:created xsi:type="dcterms:W3CDTF">2013-12-23T23:15:00Z</dcterms:created>
  <dcterms:modified xsi:type="dcterms:W3CDTF">2026-08-27T08:58:00Z</dcterms:modified>
  <cp:category/>
</cp:coreProperties>
</file>